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31E661" w14:textId="77777777" w:rsidR="00581851" w:rsidRDefault="00965366" w:rsidP="00EF29D2">
      <w:pPr>
        <w:pStyle w:val="Heading1"/>
        <w:jc w:val="center"/>
      </w:pPr>
      <w:r>
        <w:t xml:space="preserve">Delta State </w:t>
      </w:r>
      <w:r w:rsidR="00EF29D2">
        <w:t xml:space="preserve">University </w:t>
      </w:r>
      <w:r w:rsidR="003F3AF5">
        <w:t xml:space="preserve">BRIDGE </w:t>
      </w:r>
      <w:r w:rsidR="00EF29D2">
        <w:t xml:space="preserve">Contractual Position – </w:t>
      </w:r>
      <w:r w:rsidR="00CD6291">
        <w:t>Recruiter</w:t>
      </w:r>
      <w:r w:rsidR="00EF29D2">
        <w:t xml:space="preserve"> Posting</w:t>
      </w:r>
    </w:p>
    <w:p w14:paraId="0B5FFCEB" w14:textId="77777777" w:rsidR="00EF29D2" w:rsidRPr="00EF29D2" w:rsidRDefault="00EF29D2" w:rsidP="00EF29D2"/>
    <w:p w14:paraId="7C768993" w14:textId="77777777" w:rsidR="00F04F60" w:rsidRDefault="00D042E2">
      <w:r>
        <w:t xml:space="preserve">Delta State University (DSU) is soliciting a candidate for </w:t>
      </w:r>
      <w:r w:rsidR="000274E1">
        <w:t xml:space="preserve">a Business </w:t>
      </w:r>
      <w:r w:rsidR="00CD6291">
        <w:t>Recruiter</w:t>
      </w:r>
      <w:r>
        <w:t xml:space="preserve"> to </w:t>
      </w:r>
      <w:r w:rsidR="000274E1">
        <w:t xml:space="preserve">service the community of </w:t>
      </w:r>
      <w:r w:rsidR="00D8735C">
        <w:t>Sunflower County</w:t>
      </w:r>
      <w:r w:rsidR="00347C8B">
        <w:t xml:space="preserve"> within our Building Rural Innovation Development for Growing Entrepreneurs (BRIDGE) program</w:t>
      </w:r>
      <w:r w:rsidR="000274E1">
        <w:t xml:space="preserve">.  </w:t>
      </w:r>
      <w:r w:rsidR="009776BC" w:rsidRPr="003F3AF5">
        <w:rPr>
          <w:b/>
        </w:rPr>
        <w:t>Business recruiters must have their own reliable transportation.</w:t>
      </w:r>
      <w:r w:rsidR="00CD6291" w:rsidRPr="003F3AF5">
        <w:rPr>
          <w:b/>
        </w:rPr>
        <w:br/>
      </w:r>
      <w:r w:rsidR="00EF29D2">
        <w:t xml:space="preserve"> </w:t>
      </w:r>
      <w:r w:rsidR="00CD6291">
        <w:br/>
        <w:t>1. Purpose</w:t>
      </w:r>
      <w:r w:rsidR="00CD6291">
        <w:br/>
        <w:t>This plan outlines the hiring, responsibilities, and implementati</w:t>
      </w:r>
      <w:r w:rsidR="000274E1">
        <w:t xml:space="preserve">on framework for two </w:t>
      </w:r>
      <w:r w:rsidR="00347C8B">
        <w:t xml:space="preserve">BRIDGE </w:t>
      </w:r>
      <w:r w:rsidR="000274E1">
        <w:t xml:space="preserve">Business </w:t>
      </w:r>
      <w:r w:rsidR="00CD6291">
        <w:t xml:space="preserve">Recruiters will serve as front-line representatives for business and entrepreneurial outreach across the </w:t>
      </w:r>
      <w:r w:rsidR="00B41DCA">
        <w:t xml:space="preserve">Northern and Southern Sunflower County region.     </w:t>
      </w:r>
      <w:r w:rsidR="00CD6291">
        <w:t xml:space="preserve"> The goal is to increase participation in startup, expansion</w:t>
      </w:r>
      <w:r w:rsidR="000274E1">
        <w:t xml:space="preserve"> for aspiring business owners. The BRIDGE will also target and provide </w:t>
      </w:r>
      <w:r w:rsidR="00CD6291">
        <w:t xml:space="preserve">financial literacy </w:t>
      </w:r>
      <w:r w:rsidR="000274E1">
        <w:t>and entrepreneurial literacy initiatives for y</w:t>
      </w:r>
      <w:r w:rsidR="00E57A6B">
        <w:t xml:space="preserve">ouths </w:t>
      </w:r>
      <w:r w:rsidR="00CD6291">
        <w:t xml:space="preserve">while strengthening </w:t>
      </w:r>
      <w:r w:rsidR="000274E1">
        <w:t xml:space="preserve">our </w:t>
      </w:r>
      <w:r w:rsidR="00CD6291">
        <w:t xml:space="preserve">partnerships </w:t>
      </w:r>
      <w:r w:rsidR="00F04F60">
        <w:t xml:space="preserve">with Sunflower </w:t>
      </w:r>
      <w:r w:rsidR="004A0311">
        <w:t xml:space="preserve">County </w:t>
      </w:r>
      <w:r w:rsidR="00F04F60">
        <w:t xml:space="preserve">Consolidated School System and supporting organizations </w:t>
      </w:r>
      <w:r w:rsidR="00CD6291">
        <w:t xml:space="preserve">in Sunflower County and surrounding </w:t>
      </w:r>
      <w:r w:rsidR="00B47947">
        <w:t xml:space="preserve">contiguous </w:t>
      </w:r>
      <w:r w:rsidR="00CD6291">
        <w:t>regions.</w:t>
      </w:r>
      <w:r w:rsidR="00CD6291">
        <w:br/>
      </w:r>
      <w:r w:rsidR="00CD6291">
        <w:br/>
        <w:t>2. Program Objectives</w:t>
      </w:r>
      <w:r w:rsidR="00CD6291">
        <w:br/>
      </w:r>
      <w:r w:rsidR="00F04F60">
        <w:t xml:space="preserve">Establish formal 12-month annual </w:t>
      </w:r>
      <w:r w:rsidR="003A0386">
        <w:t xml:space="preserve">small business recruiter contract.  </w:t>
      </w:r>
      <w:r w:rsidR="00E57A6B">
        <w:t xml:space="preserve">Business </w:t>
      </w:r>
      <w:r w:rsidR="003A0386">
        <w:t xml:space="preserve">Recruiter </w:t>
      </w:r>
      <w:r w:rsidR="00F04F60">
        <w:t xml:space="preserve">will have the </w:t>
      </w:r>
      <w:r w:rsidR="003A0386">
        <w:t>following r</w:t>
      </w:r>
      <w:r w:rsidR="00F04F60">
        <w:t xml:space="preserve">esponsibilities </w:t>
      </w:r>
      <w:r w:rsidR="00E57A6B">
        <w:t xml:space="preserve">primarily </w:t>
      </w:r>
      <w:r w:rsidR="00F04F60">
        <w:t>in Sunflower county:</w:t>
      </w:r>
    </w:p>
    <w:p w14:paraId="6A88D42C" w14:textId="77777777" w:rsidR="00171E6E" w:rsidRDefault="00171E6E" w:rsidP="00171E6E">
      <w:pPr>
        <w:spacing w:after="0" w:line="240" w:lineRule="auto"/>
        <w:ind w:left="360"/>
      </w:pPr>
      <w:r>
        <w:t xml:space="preserve"> (a) </w:t>
      </w:r>
      <w:r w:rsidR="003A0386">
        <w:t>R</w:t>
      </w:r>
      <w:r w:rsidR="00CD6291">
        <w:t>ecruit</w:t>
      </w:r>
      <w:r w:rsidR="00F04F60">
        <w:t xml:space="preserve">er will recruit, register, intake </w:t>
      </w:r>
      <w:r w:rsidR="00837197" w:rsidRPr="003C2F01">
        <w:t>200</w:t>
      </w:r>
      <w:r w:rsidR="00F04F60">
        <w:t xml:space="preserve"> </w:t>
      </w:r>
      <w:r w:rsidR="00CD6291">
        <w:t xml:space="preserve">businesses annually to participate in </w:t>
      </w:r>
      <w:r w:rsidR="00F04F60">
        <w:t xml:space="preserve">BRIDGE </w:t>
      </w:r>
      <w:r w:rsidR="002B3C3C">
        <w:t xml:space="preserve">business </w:t>
      </w:r>
      <w:r w:rsidR="00CD6291">
        <w:t xml:space="preserve">startup, </w:t>
      </w:r>
      <w:r w:rsidR="002B3C3C">
        <w:t>entrepreneurial expansion,</w:t>
      </w:r>
      <w:r w:rsidR="00CD6291">
        <w:t xml:space="preserve"> capacity-building programs</w:t>
      </w:r>
      <w:r w:rsidR="00F04F60">
        <w:t xml:space="preserve">, </w:t>
      </w:r>
      <w:r w:rsidR="002B3C3C">
        <w:t>and trainings</w:t>
      </w:r>
      <w:r w:rsidR="003A0386">
        <w:t xml:space="preserve"> in Sunflower County, MS.</w:t>
      </w:r>
      <w:r w:rsidR="003A0386">
        <w:br/>
        <w:t>(b) R</w:t>
      </w:r>
      <w:r w:rsidR="00F04F60">
        <w:t xml:space="preserve">ecruiter will recruit, register, intake </w:t>
      </w:r>
      <w:r w:rsidR="00F04F60" w:rsidRPr="003C2F01">
        <w:t>10</w:t>
      </w:r>
      <w:r w:rsidR="00CD6291" w:rsidRPr="003C2F01">
        <w:t>0</w:t>
      </w:r>
      <w:r w:rsidR="00CD6291">
        <w:t xml:space="preserve"> students</w:t>
      </w:r>
      <w:r w:rsidR="00F04F60">
        <w:t>/youths</w:t>
      </w:r>
      <w:r w:rsidR="00CD6291">
        <w:t xml:space="preserve"> </w:t>
      </w:r>
      <w:r w:rsidR="00F04F60">
        <w:t xml:space="preserve">to participate in BRIDGE </w:t>
      </w:r>
      <w:r w:rsidR="00CD6291">
        <w:t xml:space="preserve">Entrepreneurial and Financial Literacy Training Program </w:t>
      </w:r>
      <w:r w:rsidR="00F04F60">
        <w:t xml:space="preserve">initiatives </w:t>
      </w:r>
      <w:r w:rsidR="00CD6291">
        <w:t>in Sunflower County, MS.</w:t>
      </w:r>
      <w:r w:rsidR="00CD6291">
        <w:br/>
        <w:t>(c) Creating a sustainable small business pipeline by:</w:t>
      </w:r>
      <w:r w:rsidR="00CD6291">
        <w:br/>
        <w:t xml:space="preserve">   1. Developing and maintaining </w:t>
      </w:r>
      <w:r w:rsidR="00F04F60">
        <w:t xml:space="preserve">AND forwarding </w:t>
      </w:r>
      <w:r w:rsidR="00CD6291">
        <w:t xml:space="preserve"> verified database </w:t>
      </w:r>
      <w:r w:rsidR="00F04F60">
        <w:t xml:space="preserve">list </w:t>
      </w:r>
      <w:r w:rsidR="00CD6291">
        <w:t>of all small businesses (including home-based and newly registered enterprises) in Sunflower County.</w:t>
      </w:r>
      <w:r w:rsidR="00CD6291">
        <w:br/>
        <w:t xml:space="preserve">   2. Compiling a directory of banks, credit unions, CDFIs</w:t>
      </w:r>
      <w:r w:rsidR="003F3AF5">
        <w:t>, and financial institutions</w:t>
      </w:r>
      <w:r w:rsidR="00CD6291">
        <w:t xml:space="preserve"> serving the Sunflower County</w:t>
      </w:r>
      <w:r w:rsidR="003F3AF5">
        <w:t xml:space="preserve"> market area</w:t>
      </w:r>
      <w:r w:rsidR="00CD6291">
        <w:t>.</w:t>
      </w:r>
      <w:r w:rsidR="00CD6291">
        <w:br/>
        <w:t>Recruiters will also generate monthly reports reflecting pro</w:t>
      </w:r>
      <w:r w:rsidR="00183464">
        <w:t>gress toward these objectives</w:t>
      </w:r>
      <w:r w:rsidR="00FF7DF1">
        <w:t xml:space="preserve"> as provided by the BRIDGE leadership team</w:t>
      </w:r>
      <w:r w:rsidR="00183464">
        <w:t>.</w:t>
      </w:r>
    </w:p>
    <w:p w14:paraId="1E407AEC" w14:textId="77777777" w:rsidR="0090069E" w:rsidRDefault="00171E6E" w:rsidP="0090069E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3. Conducting 24 catered community events/workshops for the purpose of recruiting clients in Sunflower County.  </w:t>
      </w:r>
    </w:p>
    <w:p w14:paraId="2AB86888" w14:textId="77777777" w:rsidR="00171E6E" w:rsidRDefault="0090069E" w:rsidP="0090069E">
      <w:p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</w:t>
      </w:r>
      <w:r w:rsidR="00171E6E">
        <w:rPr>
          <w:rFonts w:ascii="Times New Roman" w:hAnsi="Times New Roman" w:cs="Times New Roman"/>
        </w:rPr>
        <w:t xml:space="preserve">Recruiters will coordinate with BRIDGE </w:t>
      </w:r>
      <w:r w:rsidR="00347C8B">
        <w:rPr>
          <w:rFonts w:ascii="Times New Roman" w:hAnsi="Times New Roman" w:cs="Times New Roman"/>
        </w:rPr>
        <w:t xml:space="preserve">leadership </w:t>
      </w:r>
      <w:r w:rsidR="00171E6E">
        <w:rPr>
          <w:rFonts w:ascii="Times New Roman" w:hAnsi="Times New Roman" w:cs="Times New Roman"/>
        </w:rPr>
        <w:t>team to conduct extensive marketing campaigns (social media, radio, newspaper</w:t>
      </w:r>
      <w:r w:rsidR="00347C8B">
        <w:rPr>
          <w:rFonts w:ascii="Times New Roman" w:hAnsi="Times New Roman" w:cs="Times New Roman"/>
        </w:rPr>
        <w:t>, etc.</w:t>
      </w:r>
      <w:r w:rsidR="00171E6E">
        <w:rPr>
          <w:rFonts w:ascii="Times New Roman" w:hAnsi="Times New Roman" w:cs="Times New Roman"/>
        </w:rPr>
        <w:t>)</w:t>
      </w:r>
    </w:p>
    <w:p w14:paraId="7F8EF71A" w14:textId="77777777" w:rsidR="00171E6E" w:rsidRDefault="00347C8B" w:rsidP="00347C8B">
      <w:pPr>
        <w:ind w:left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 </w:t>
      </w:r>
      <w:r w:rsidR="00171E6E">
        <w:rPr>
          <w:rFonts w:ascii="Times New Roman" w:hAnsi="Times New Roman" w:cs="Times New Roman"/>
        </w:rPr>
        <w:t xml:space="preserve">Recruiters will coordinate with BRIDGE </w:t>
      </w:r>
      <w:r>
        <w:rPr>
          <w:rFonts w:ascii="Times New Roman" w:hAnsi="Times New Roman" w:cs="Times New Roman"/>
        </w:rPr>
        <w:t xml:space="preserve">leadership </w:t>
      </w:r>
      <w:r w:rsidR="00171E6E">
        <w:rPr>
          <w:rFonts w:ascii="Times New Roman" w:hAnsi="Times New Roman" w:cs="Times New Roman"/>
        </w:rPr>
        <w:t xml:space="preserve">team to schedule conduct extensive trainings in AI, Amazon/Amazon-compatible business reseller services, Web Services, and other contract services, </w:t>
      </w:r>
    </w:p>
    <w:p w14:paraId="2AAAAE83" w14:textId="77777777" w:rsidR="00171E6E" w:rsidRDefault="00E57A6B" w:rsidP="008F481F">
      <w:pPr>
        <w:pStyle w:val="ListParagraph"/>
        <w:numPr>
          <w:ilvl w:val="0"/>
          <w:numId w:val="13"/>
        </w:numPr>
        <w:spacing w:after="0" w:line="240" w:lineRule="auto"/>
      </w:pPr>
      <w:r>
        <w:rPr>
          <w:rFonts w:ascii="Times New Roman" w:hAnsi="Times New Roman" w:cs="Times New Roman"/>
        </w:rPr>
        <w:lastRenderedPageBreak/>
        <w:t xml:space="preserve">Business </w:t>
      </w:r>
      <w:r w:rsidR="00171E6E" w:rsidRPr="008F481F">
        <w:rPr>
          <w:rFonts w:ascii="Times New Roman" w:hAnsi="Times New Roman" w:cs="Times New Roman"/>
        </w:rPr>
        <w:t>Recruiters will also generate monthly reports reflecting progress toward these objectives.</w:t>
      </w:r>
    </w:p>
    <w:p w14:paraId="70F59A0C" w14:textId="77777777" w:rsidR="00CA5859" w:rsidRDefault="00E57A6B" w:rsidP="00183464">
      <w:pPr>
        <w:pStyle w:val="ListParagraph"/>
        <w:spacing w:after="0" w:line="240" w:lineRule="auto"/>
      </w:pPr>
      <w:r>
        <w:t>1</w:t>
      </w:r>
      <w:r w:rsidR="00CD6291">
        <w:t xml:space="preserve">. Duties and </w:t>
      </w:r>
      <w:r w:rsidR="00F04F60">
        <w:t>Responsibilities</w:t>
      </w:r>
      <w:r w:rsidR="00F04F60">
        <w:br/>
        <w:t>• Conduct daily</w:t>
      </w:r>
      <w:r w:rsidR="00CD6291">
        <w:t xml:space="preserve"> outreach </w:t>
      </w:r>
      <w:r w:rsidR="00F04F60">
        <w:t xml:space="preserve">efforts </w:t>
      </w:r>
      <w:r w:rsidR="00CD6291">
        <w:t xml:space="preserve">averaging </w:t>
      </w:r>
      <w:r w:rsidR="00CD6291" w:rsidRPr="003C2F01">
        <w:t>17</w:t>
      </w:r>
      <w:r w:rsidR="00CD6291">
        <w:t xml:space="preserve"> business </w:t>
      </w:r>
      <w:r w:rsidR="007903E6">
        <w:t xml:space="preserve">intake </w:t>
      </w:r>
      <w:r w:rsidR="00CD6291">
        <w:t xml:space="preserve">contacts and </w:t>
      </w:r>
      <w:r w:rsidR="00CD6291" w:rsidRPr="003C2F01">
        <w:t xml:space="preserve">8 </w:t>
      </w:r>
      <w:r w:rsidR="00CD6291">
        <w:t xml:space="preserve">student </w:t>
      </w:r>
      <w:r w:rsidR="007903E6">
        <w:t xml:space="preserve">intake </w:t>
      </w:r>
      <w:r w:rsidR="00CD6291">
        <w:t xml:space="preserve">contacts per </w:t>
      </w:r>
      <w:r w:rsidR="00F04F60">
        <w:t>month</w:t>
      </w:r>
      <w:r w:rsidR="00CD6291">
        <w:t>.</w:t>
      </w:r>
      <w:r w:rsidR="00CD6291">
        <w:br/>
        <w:t xml:space="preserve">• Guide </w:t>
      </w:r>
      <w:r w:rsidR="007903E6">
        <w:t xml:space="preserve">those </w:t>
      </w:r>
      <w:r w:rsidR="00CD6291">
        <w:t>businesses to complete formal registration with the Mississippi Secretary of State (MS SOS).</w:t>
      </w:r>
      <w:r w:rsidR="00CD6291">
        <w:br/>
        <w:t xml:space="preserve">• Each </w:t>
      </w:r>
      <w:r>
        <w:t xml:space="preserve">business </w:t>
      </w:r>
      <w:r w:rsidR="00CD6291">
        <w:t>recruiter will host two monthly community engagement events (after hours</w:t>
      </w:r>
      <w:r w:rsidR="000C3F64">
        <w:t xml:space="preserve"> or to be determined</w:t>
      </w:r>
      <w:r w:rsidR="00CD6291">
        <w:t>) with food and refreshments to promote program awareness and recruitment.</w:t>
      </w:r>
      <w:r w:rsidR="007903E6">
        <w:t xml:space="preserve"> Recommend a mixture of targeted businesses and youths events.</w:t>
      </w:r>
      <w:r w:rsidR="000C3F64">
        <w:t xml:space="preserve"> Minimum attendance required</w:t>
      </w:r>
      <w:r w:rsidR="00520763">
        <w:t xml:space="preserve"> (10+)</w:t>
      </w:r>
      <w:r w:rsidR="000C3F64">
        <w:t xml:space="preserve">. Recruiter will </w:t>
      </w:r>
      <w:r w:rsidR="00520763">
        <w:t>promote and secure different attendees for catered community events.</w:t>
      </w:r>
      <w:r w:rsidR="00CD6291">
        <w:br/>
        <w:t xml:space="preserve">• Maintain </w:t>
      </w:r>
      <w:r w:rsidR="007903E6">
        <w:t xml:space="preserve">BRIDGE </w:t>
      </w:r>
      <w:r w:rsidR="00CD6291">
        <w:t>digital</w:t>
      </w:r>
      <w:r w:rsidR="007903E6">
        <w:t xml:space="preserve">, </w:t>
      </w:r>
      <w:r w:rsidR="00CD6291">
        <w:t>physical recruitment logs</w:t>
      </w:r>
      <w:r w:rsidR="007903E6">
        <w:t xml:space="preserve">, completed intake forms </w:t>
      </w:r>
      <w:r w:rsidR="00CD6291">
        <w:t>and event attendance sheets.</w:t>
      </w:r>
    </w:p>
    <w:p w14:paraId="1923C2FC" w14:textId="77777777" w:rsidR="00CA5859" w:rsidRDefault="00CA5859" w:rsidP="00183464">
      <w:pPr>
        <w:pStyle w:val="ListParagraph"/>
        <w:spacing w:after="0" w:line="240" w:lineRule="auto"/>
      </w:pPr>
      <w:r>
        <w:t xml:space="preserve">• Collaborate with BRIDGE Business Developer to assist with </w:t>
      </w:r>
      <w:r w:rsidR="00E57A6B">
        <w:t xml:space="preserve">each BRIDGE </w:t>
      </w:r>
      <w:r>
        <w:t>event/workshop marketing campaign (i.e. text messaging, phone call follow ups, targeted emai</w:t>
      </w:r>
      <w:r w:rsidR="00E57A6B">
        <w:t xml:space="preserve">ling, direct phone call, etc.) </w:t>
      </w:r>
      <w:r>
        <w:t>to impact outreach efforts with BRIDGE program goals.</w:t>
      </w:r>
    </w:p>
    <w:p w14:paraId="0BFC0482" w14:textId="77777777" w:rsidR="0001189A" w:rsidRDefault="00CA5859" w:rsidP="00183464">
      <w:pPr>
        <w:pStyle w:val="ListParagraph"/>
        <w:spacing w:after="0" w:line="240" w:lineRule="auto"/>
      </w:pPr>
      <w:r>
        <w:t xml:space="preserve">• Collaborate with BRIDGE Business Developer to assist with </w:t>
      </w:r>
      <w:r w:rsidR="00C23BB2">
        <w:t>recruitment and referral of APEX clients to impact outreach efforts with BRIDGE program goals.</w:t>
      </w:r>
      <w:r w:rsidR="00CD6291">
        <w:br/>
        <w:t xml:space="preserve">• Collaborate with BRIDGE leadership to align outreach </w:t>
      </w:r>
      <w:r w:rsidR="007903E6">
        <w:t xml:space="preserve">efforts </w:t>
      </w:r>
      <w:r w:rsidR="00CD6291">
        <w:t xml:space="preserve">with </w:t>
      </w:r>
      <w:r w:rsidR="007903E6">
        <w:t xml:space="preserve">BRIDGE </w:t>
      </w:r>
      <w:r w:rsidR="00CD6291">
        <w:t>program goals.</w:t>
      </w:r>
      <w:r w:rsidR="00CD6291">
        <w:br/>
        <w:t xml:space="preserve">• </w:t>
      </w:r>
      <w:r w:rsidR="00E57A6B">
        <w:t>Assist with i</w:t>
      </w:r>
      <w:r w:rsidR="00CD6291">
        <w:t>dentify</w:t>
      </w:r>
      <w:r w:rsidR="00E57A6B">
        <w:t>ing</w:t>
      </w:r>
      <w:r w:rsidR="00CD6291">
        <w:t xml:space="preserve">, </w:t>
      </w:r>
      <w:r w:rsidR="00E57A6B">
        <w:t xml:space="preserve">and </w:t>
      </w:r>
      <w:r w:rsidR="00CD6291">
        <w:t>promot</w:t>
      </w:r>
      <w:r w:rsidR="00E57A6B">
        <w:t xml:space="preserve">ing </w:t>
      </w:r>
      <w:r w:rsidR="00CD6291">
        <w:t>BRIDGE programs to all nonprofits</w:t>
      </w:r>
      <w:r w:rsidR="00E57A6B">
        <w:t xml:space="preserve">, churches, and community organizations </w:t>
      </w:r>
      <w:r w:rsidR="00CD6291">
        <w:t>in Sunflower</w:t>
      </w:r>
      <w:r w:rsidR="00654BFD">
        <w:t xml:space="preserve"> </w:t>
      </w:r>
      <w:r w:rsidR="00CD6291">
        <w:t>County.</w:t>
      </w:r>
      <w:r w:rsidR="00CD6291">
        <w:br/>
        <w:t>• Submit monthly activity and progress reports, including updates on new business leads</w:t>
      </w:r>
      <w:r w:rsidR="00E57A6B">
        <w:t xml:space="preserve"> and</w:t>
      </w:r>
      <w:r w:rsidR="00CD6291">
        <w:t xml:space="preserve"> student enrollments.</w:t>
      </w:r>
      <w:r w:rsidR="00CD6291">
        <w:br/>
        <w:t xml:space="preserve">• Participate in periodic </w:t>
      </w:r>
      <w:r w:rsidR="007903E6">
        <w:t xml:space="preserve">BRIDGE team </w:t>
      </w:r>
      <w:r w:rsidR="00CD6291">
        <w:t xml:space="preserve">staff meetings and quarterly </w:t>
      </w:r>
      <w:r w:rsidR="007903E6">
        <w:t xml:space="preserve">contractual </w:t>
      </w:r>
      <w:r w:rsidR="00E57A6B">
        <w:t>required performance reviews.</w:t>
      </w:r>
      <w:r w:rsidR="00E57A6B">
        <w:br/>
      </w:r>
      <w:r w:rsidR="00E57A6B">
        <w:br/>
        <w:t>2</w:t>
      </w:r>
      <w:r w:rsidR="00CD6291">
        <w:t xml:space="preserve">. </w:t>
      </w:r>
      <w:r w:rsidR="000C3F64">
        <w:t xml:space="preserve">Contractual </w:t>
      </w:r>
      <w:r w:rsidR="00CD6291">
        <w:t>and Work Schedule</w:t>
      </w:r>
      <w:r w:rsidR="00CD6291">
        <w:br/>
        <w:t>Position: Business Recruiters</w:t>
      </w:r>
      <w:r w:rsidR="00CD6291">
        <w:br/>
        <w:t>Number</w:t>
      </w:r>
      <w:r w:rsidR="00A42E8C">
        <w:t xml:space="preserve"> of Positions</w:t>
      </w:r>
      <w:r w:rsidR="00CD6291">
        <w:t>: 2</w:t>
      </w:r>
      <w:r w:rsidR="00CD6291">
        <w:br/>
      </w:r>
      <w:r w:rsidR="00A42E8C">
        <w:t>Contractual / Time: TBA</w:t>
      </w:r>
      <w:r w:rsidR="00CD6291">
        <w:br/>
        <w:t>Workdays:</w:t>
      </w:r>
      <w:r w:rsidR="00644B39">
        <w:t xml:space="preserve"> Contractual</w:t>
      </w:r>
      <w:bookmarkStart w:id="0" w:name="_GoBack"/>
      <w:bookmarkEnd w:id="0"/>
      <w:r w:rsidR="00644B39">
        <w:t xml:space="preserve">/ Sunday – Saturday </w:t>
      </w:r>
      <w:r w:rsidR="00644B39">
        <w:br/>
        <w:t>Compensation: $50</w:t>
      </w:r>
      <w:r w:rsidR="00CD6291">
        <w:t>,000 annual contract</w:t>
      </w:r>
      <w:r w:rsidR="00CD6291">
        <w:br/>
        <w:t xml:space="preserve">Travel Allowance: </w:t>
      </w:r>
      <w:r w:rsidR="00E57A6B">
        <w:t xml:space="preserve">Up to </w:t>
      </w:r>
      <w:r w:rsidR="00CD6291">
        <w:t>1,000 miles/month</w:t>
      </w:r>
      <w:r w:rsidR="00644B39">
        <w:t xml:space="preserve"> @ .70 mile</w:t>
      </w:r>
      <w:r w:rsidR="00A42E8C">
        <w:t xml:space="preserve"> with verifiable documentation</w:t>
      </w:r>
      <w:r w:rsidR="00E57A6B">
        <w:t>.</w:t>
      </w:r>
      <w:r w:rsidR="00E57A6B">
        <w:br/>
      </w:r>
      <w:r w:rsidR="00E57A6B">
        <w:br/>
        <w:t>3</w:t>
      </w:r>
      <w:r w:rsidR="00CD6291">
        <w:t xml:space="preserve">. </w:t>
      </w:r>
      <w:r w:rsidR="00A42E8C">
        <w:t>Tools and Resources Provided</w:t>
      </w:r>
      <w:r w:rsidR="00A42E8C">
        <w:br/>
        <w:t>•</w:t>
      </w:r>
      <w:r w:rsidR="00CD6291">
        <w:t xml:space="preserve"> </w:t>
      </w:r>
      <w:r w:rsidR="00A42E8C">
        <w:t>BRIDGE assigned C</w:t>
      </w:r>
      <w:r w:rsidR="00CD6291">
        <w:t>ellphone</w:t>
      </w:r>
      <w:r w:rsidR="0001189A">
        <w:t>s</w:t>
      </w:r>
      <w:r w:rsidR="00CD6291">
        <w:t xml:space="preserve"> for o</w:t>
      </w:r>
      <w:r w:rsidR="00837197">
        <w:t>utreach</w:t>
      </w:r>
      <w:r w:rsidR="0001189A">
        <w:t>, intake</w:t>
      </w:r>
      <w:r w:rsidR="00837197">
        <w:t xml:space="preserve"> and event promotion.</w:t>
      </w:r>
      <w:r w:rsidR="00837197">
        <w:br/>
        <w:t xml:space="preserve">• </w:t>
      </w:r>
      <w:r w:rsidR="00F83B3E">
        <w:t xml:space="preserve">Access to </w:t>
      </w:r>
      <w:r w:rsidR="00A42E8C">
        <w:t>iPads</w:t>
      </w:r>
      <w:r w:rsidR="00837197">
        <w:t>,</w:t>
      </w:r>
      <w:r w:rsidR="00644B39">
        <w:t xml:space="preserve"> for BRIDGE </w:t>
      </w:r>
      <w:r w:rsidR="00A42E8C">
        <w:t xml:space="preserve">community tracking, recording, </w:t>
      </w:r>
      <w:r w:rsidR="00644B39">
        <w:t xml:space="preserve">office </w:t>
      </w:r>
      <w:r w:rsidR="00A42E8C">
        <w:t>event sign-ins, and reporting</w:t>
      </w:r>
      <w:r w:rsidR="00837197">
        <w:t>.</w:t>
      </w:r>
      <w:r w:rsidR="00CD6291">
        <w:br/>
        <w:t>• Tablet</w:t>
      </w:r>
      <w:r w:rsidR="00644B39">
        <w:t xml:space="preserve">s, </w:t>
      </w:r>
      <w:r w:rsidR="00CD6291">
        <w:t>paper, office supplies, and branded materials for recruitment activities.</w:t>
      </w:r>
      <w:r w:rsidR="00CD6291">
        <w:br/>
        <w:t>• Access to shared data reporting platforms (Excel, Google Sheets, etc.).</w:t>
      </w:r>
    </w:p>
    <w:p w14:paraId="5E45A33A" w14:textId="77777777" w:rsidR="0001189A" w:rsidRDefault="0001189A" w:rsidP="0001189A">
      <w:pPr>
        <w:pStyle w:val="ListParagraph"/>
        <w:spacing w:after="0" w:line="240" w:lineRule="auto"/>
      </w:pPr>
      <w:r>
        <w:t>• Internal BRIDGE training.</w:t>
      </w:r>
    </w:p>
    <w:p w14:paraId="3093C429" w14:textId="77777777" w:rsidR="00455A22" w:rsidRDefault="00CD6291" w:rsidP="00183464">
      <w:pPr>
        <w:pStyle w:val="ListParagraph"/>
        <w:spacing w:after="0" w:line="240" w:lineRule="auto"/>
      </w:pPr>
      <w:r>
        <w:br/>
      </w:r>
      <w:r w:rsidR="00F83B3E">
        <w:t xml:space="preserve"> </w:t>
      </w:r>
    </w:p>
    <w:p w14:paraId="2FD91570" w14:textId="77777777" w:rsidR="00455A22" w:rsidRDefault="00455A22" w:rsidP="00183464">
      <w:pPr>
        <w:pStyle w:val="ListParagraph"/>
        <w:spacing w:after="0" w:line="240" w:lineRule="auto"/>
      </w:pPr>
    </w:p>
    <w:p w14:paraId="36183A89" w14:textId="77777777" w:rsidR="00455A22" w:rsidRDefault="00455A22" w:rsidP="00183464">
      <w:pPr>
        <w:pStyle w:val="ListParagraph"/>
        <w:spacing w:after="0" w:line="240" w:lineRule="auto"/>
      </w:pPr>
    </w:p>
    <w:p w14:paraId="5A8A733C" w14:textId="77777777" w:rsidR="00455A22" w:rsidRDefault="00455A22" w:rsidP="00183464">
      <w:pPr>
        <w:pStyle w:val="ListParagraph"/>
        <w:spacing w:after="0" w:line="240" w:lineRule="auto"/>
      </w:pPr>
    </w:p>
    <w:p w14:paraId="0C7399FE" w14:textId="77777777" w:rsidR="00760E4D" w:rsidRDefault="00E57A6B" w:rsidP="00183464">
      <w:pPr>
        <w:pStyle w:val="ListParagraph"/>
        <w:spacing w:after="0" w:line="240" w:lineRule="auto"/>
      </w:pPr>
      <w:r>
        <w:lastRenderedPageBreak/>
        <w:br/>
        <w:t>4</w:t>
      </w:r>
      <w:r w:rsidR="00CD6291">
        <w:t xml:space="preserve">. Community Events &amp; </w:t>
      </w:r>
      <w:r w:rsidR="00455A22">
        <w:t xml:space="preserve">Workshops </w:t>
      </w:r>
      <w:r w:rsidR="00CD6291">
        <w:t>Engagement Budget</w:t>
      </w:r>
      <w:r w:rsidR="00455A22">
        <w:t xml:space="preserve">, </w:t>
      </w:r>
      <w:r w:rsidR="00455A22">
        <w:rPr>
          <w:rFonts w:ascii="Times New Roman" w:hAnsi="Times New Roman" w:cs="Times New Roman"/>
        </w:rPr>
        <w:t>24 catered community recruitments fairs, events and/workshops</w:t>
      </w:r>
      <w:r w:rsidR="0001189A">
        <w:rPr>
          <w:rFonts w:ascii="Times New Roman" w:hAnsi="Times New Roman" w:cs="Times New Roman"/>
        </w:rPr>
        <w:t xml:space="preserve"> for Sunflower county</w:t>
      </w:r>
      <w:r w:rsidR="00CD6291">
        <w:br/>
      </w:r>
    </w:p>
    <w:p w14:paraId="49E76CE8" w14:textId="77777777" w:rsidR="00760E4D" w:rsidRDefault="00760E4D" w:rsidP="00183464">
      <w:pPr>
        <w:pStyle w:val="ListParagraph"/>
        <w:spacing w:after="0" w:line="240" w:lineRule="auto"/>
      </w:pPr>
    </w:p>
    <w:p w14:paraId="4E49CCA2" w14:textId="77777777" w:rsidR="00E376E6" w:rsidRDefault="00E57A6B" w:rsidP="00183464">
      <w:pPr>
        <w:ind w:firstLine="720"/>
      </w:pPr>
      <w:r>
        <w:t>5</w:t>
      </w:r>
      <w:r w:rsidR="00CD6291">
        <w:t xml:space="preserve">. </w:t>
      </w:r>
      <w:r w:rsidR="00A42E8C">
        <w:t>Recruiter D</w:t>
      </w:r>
      <w:r w:rsidR="00CD6291">
        <w:t>eliverables and Reporting Schedule</w:t>
      </w:r>
    </w:p>
    <w:p w14:paraId="003C4037" w14:textId="77777777" w:rsidR="00654BFD" w:rsidRDefault="00E376E6" w:rsidP="00183464">
      <w:pPr>
        <w:ind w:left="720"/>
      </w:pPr>
      <w:r>
        <w:t>Deliverable</w:t>
      </w:r>
      <w:r>
        <w:tab/>
      </w:r>
      <w:r>
        <w:tab/>
      </w:r>
      <w:r>
        <w:tab/>
      </w:r>
      <w:r>
        <w:tab/>
      </w:r>
      <w:r>
        <w:tab/>
      </w:r>
      <w:r w:rsidR="0094584B">
        <w:tab/>
      </w:r>
      <w:r>
        <w:t>Frequency</w:t>
      </w:r>
      <w:r>
        <w:tab/>
        <w:t xml:space="preserve">Responsible </w:t>
      </w:r>
      <w:r w:rsidR="00654BFD">
        <w:t xml:space="preserve">   </w:t>
      </w:r>
    </w:p>
    <w:p w14:paraId="22783DE5" w14:textId="77777777" w:rsidR="009509D0" w:rsidRDefault="0001189A" w:rsidP="009776BC">
      <w:pPr>
        <w:spacing w:after="0" w:line="240" w:lineRule="auto"/>
        <w:ind w:left="720"/>
      </w:pPr>
      <w:r>
        <w:t xml:space="preserve">Monthly </w:t>
      </w:r>
      <w:r w:rsidR="00CD6291">
        <w:t>Community Events Report</w:t>
      </w:r>
      <w:r w:rsidR="00E376E6">
        <w:tab/>
      </w:r>
      <w:r w:rsidR="00CD6291">
        <w:t xml:space="preserve"> </w:t>
      </w:r>
      <w:r w:rsidR="00E376E6">
        <w:tab/>
      </w:r>
      <w:r w:rsidR="0094584B">
        <w:tab/>
      </w:r>
      <w:r w:rsidR="00CD6291">
        <w:t xml:space="preserve">- Monthly </w:t>
      </w:r>
      <w:r w:rsidR="00E376E6">
        <w:tab/>
      </w:r>
      <w:r w:rsidR="00CD6291">
        <w:t>- Recruiters</w:t>
      </w:r>
      <w:r w:rsidR="00CD6291">
        <w:br/>
        <w:t xml:space="preserve">Monthly Business Recruitment Report </w:t>
      </w:r>
      <w:r w:rsidR="00E376E6">
        <w:tab/>
      </w:r>
      <w:r w:rsidR="0094584B">
        <w:tab/>
      </w:r>
      <w:r w:rsidR="00CD6291">
        <w:t xml:space="preserve">- Monthly </w:t>
      </w:r>
      <w:r w:rsidR="00E376E6">
        <w:tab/>
      </w:r>
      <w:r w:rsidR="00CD6291">
        <w:t>- Recruiters</w:t>
      </w:r>
      <w:r w:rsidR="00CD6291">
        <w:br/>
        <w:t xml:space="preserve">Monthly Student Enrollment Report </w:t>
      </w:r>
      <w:r w:rsidR="00E376E6">
        <w:tab/>
      </w:r>
      <w:r w:rsidR="00E376E6">
        <w:tab/>
      </w:r>
      <w:r w:rsidR="0094584B">
        <w:tab/>
      </w:r>
      <w:r w:rsidR="00CD6291">
        <w:t xml:space="preserve">- Monthly </w:t>
      </w:r>
      <w:r w:rsidR="00E376E6">
        <w:tab/>
      </w:r>
      <w:r w:rsidR="00CD6291">
        <w:t>- Recruiters</w:t>
      </w:r>
      <w:r w:rsidR="00CD6291">
        <w:br/>
        <w:t>Monthly Incentives Report</w:t>
      </w:r>
      <w:r w:rsidR="0094584B">
        <w:t>(</w:t>
      </w:r>
      <w:r w:rsidR="0094584B">
        <w:rPr>
          <w:sz w:val="18"/>
          <w:szCs w:val="18"/>
        </w:rPr>
        <w:t>if applicable)</w:t>
      </w:r>
      <w:r w:rsidR="00E376E6">
        <w:tab/>
      </w:r>
      <w:r w:rsidR="00E376E6">
        <w:tab/>
      </w:r>
      <w:r w:rsidR="0094584B">
        <w:tab/>
      </w:r>
      <w:r w:rsidR="00CD6291">
        <w:t xml:space="preserve">- Monthly </w:t>
      </w:r>
      <w:r w:rsidR="00E376E6">
        <w:tab/>
      </w:r>
      <w:r w:rsidR="00CD6291">
        <w:t>- Recruiters</w:t>
      </w:r>
      <w:r w:rsidR="00CD6291">
        <w:br/>
      </w:r>
      <w:r>
        <w:t>Quarterly</w:t>
      </w:r>
      <w:r w:rsidR="00CD6291">
        <w:t xml:space="preserve"> </w:t>
      </w:r>
      <w:r w:rsidR="0094584B">
        <w:t>Financial Institutions</w:t>
      </w:r>
      <w:r w:rsidR="00CD6291">
        <w:t xml:space="preserve"> &amp; CDFI Directory </w:t>
      </w:r>
      <w:r w:rsidR="00E376E6">
        <w:tab/>
      </w:r>
      <w:r w:rsidR="00CD6291">
        <w:t xml:space="preserve">- Quarterly </w:t>
      </w:r>
      <w:r w:rsidR="00E376E6">
        <w:tab/>
      </w:r>
      <w:r w:rsidR="00CD6291">
        <w:t>- Recruiters</w:t>
      </w:r>
      <w:r w:rsidR="00CD6291">
        <w:br/>
      </w:r>
      <w:r>
        <w:t xml:space="preserve">Monthly </w:t>
      </w:r>
      <w:r w:rsidR="00CD6291">
        <w:t xml:space="preserve">Event Attendance Records &amp; Photos </w:t>
      </w:r>
      <w:r w:rsidR="00E376E6">
        <w:tab/>
      </w:r>
      <w:r w:rsidR="0094584B">
        <w:tab/>
      </w:r>
      <w:r w:rsidR="00CD6291">
        <w:t xml:space="preserve">- Monthly </w:t>
      </w:r>
      <w:r w:rsidR="00E376E6">
        <w:tab/>
      </w:r>
      <w:r w:rsidR="00CD6291">
        <w:t>- Recruiters</w:t>
      </w:r>
      <w:r w:rsidR="00CD6291">
        <w:br/>
      </w:r>
      <w:r>
        <w:t xml:space="preserve">Annual </w:t>
      </w:r>
      <w:r w:rsidR="00CD6291">
        <w:t xml:space="preserve">Comprehensive Summary Report </w:t>
      </w:r>
      <w:r w:rsidR="00E376E6">
        <w:tab/>
      </w:r>
      <w:r w:rsidR="0094584B">
        <w:tab/>
      </w:r>
      <w:r w:rsidR="00CD6291">
        <w:t xml:space="preserve">- End of Term </w:t>
      </w:r>
      <w:r w:rsidR="00E376E6">
        <w:tab/>
      </w:r>
      <w:r w:rsidR="00CD6291">
        <w:t xml:space="preserve">- </w:t>
      </w:r>
      <w:r w:rsidR="0094584B">
        <w:t xml:space="preserve">Bus. Dev. </w:t>
      </w:r>
      <w:r w:rsidR="00E57A6B">
        <w:br/>
      </w:r>
      <w:r w:rsidR="00E57A6B">
        <w:br/>
        <w:t>6</w:t>
      </w:r>
      <w:r w:rsidR="00CD6291">
        <w:t>. Evaluation Metrics</w:t>
      </w:r>
      <w:r w:rsidR="00CD6291">
        <w:br/>
        <w:t xml:space="preserve">• Business Engagement: </w:t>
      </w:r>
      <w:r w:rsidR="00A42E8C">
        <w:t>200</w:t>
      </w:r>
      <w:r w:rsidR="00CD6291">
        <w:t xml:space="preserve"> busin</w:t>
      </w:r>
      <w:r w:rsidR="00A42E8C">
        <w:t>esses recruited annually</w:t>
      </w:r>
      <w:r w:rsidR="00B47947">
        <w:t xml:space="preserve"> in Sunflower county, MS.</w:t>
      </w:r>
      <w:r w:rsidR="00CD6291">
        <w:br/>
        <w:t xml:space="preserve">• Student Enrollment: </w:t>
      </w:r>
      <w:r w:rsidR="00A42E8C">
        <w:t>100</w:t>
      </w:r>
      <w:r w:rsidR="00CD6291">
        <w:t xml:space="preserve"> students recruite</w:t>
      </w:r>
      <w:r w:rsidR="00B47947">
        <w:t>d annually in Sunflower county, MS.</w:t>
      </w:r>
      <w:r w:rsidR="00CD6291">
        <w:br/>
        <w:t xml:space="preserve">• Community Events: </w:t>
      </w:r>
      <w:r w:rsidR="00B47947">
        <w:t>24 per year in Sunflower county, MS.</w:t>
      </w:r>
      <w:r w:rsidR="00CD6291">
        <w:br/>
        <w:t xml:space="preserve">• Pipeline Completion: Verified business </w:t>
      </w:r>
      <w:r w:rsidR="00E376E6">
        <w:t xml:space="preserve">feeder organizations </w:t>
      </w:r>
      <w:r w:rsidR="00CD6291">
        <w:t xml:space="preserve">and </w:t>
      </w:r>
      <w:r w:rsidR="00E376E6">
        <w:t>financial institution listings, including C</w:t>
      </w:r>
      <w:r w:rsidR="00CD6291">
        <w:t>DFI</w:t>
      </w:r>
      <w:r w:rsidR="00E57A6B">
        <w:t>s</w:t>
      </w:r>
      <w:r w:rsidR="00CD6291">
        <w:t>.</w:t>
      </w:r>
      <w:r w:rsidR="00CD6291">
        <w:br/>
        <w:t>• Reporting: 100% ti</w:t>
      </w:r>
      <w:r w:rsidR="00E57A6B">
        <w:t>mely monthly submission rate.</w:t>
      </w:r>
      <w:r w:rsidR="00E57A6B">
        <w:br/>
      </w:r>
      <w:r w:rsidR="00E57A6B">
        <w:br/>
        <w:t>7</w:t>
      </w:r>
      <w:r w:rsidR="00CD6291">
        <w:t>. Contract Term &amp; Accountability</w:t>
      </w:r>
      <w:r w:rsidR="00CD6291">
        <w:br/>
      </w:r>
      <w:r w:rsidR="009509D0">
        <w:t xml:space="preserve">Business </w:t>
      </w:r>
      <w:r w:rsidR="009776BC">
        <w:t>recruiters must have their own reliable transportation.</w:t>
      </w:r>
    </w:p>
    <w:p w14:paraId="79EB51B5" w14:textId="77777777" w:rsidR="00654BFD" w:rsidRPr="009508FC" w:rsidRDefault="00CD6291" w:rsidP="009776BC">
      <w:pPr>
        <w:spacing w:after="0" w:line="240" w:lineRule="auto"/>
        <w:ind w:left="720"/>
        <w:rPr>
          <w:b/>
        </w:rPr>
      </w:pPr>
      <w:r>
        <w:t xml:space="preserve">Contracts will be for 12 months </w:t>
      </w:r>
      <w:r w:rsidR="00E376E6">
        <w:t xml:space="preserve">(effective January 1, 2026 thru December 31, 2026), </w:t>
      </w:r>
      <w:r>
        <w:t xml:space="preserve">and monitored monthly for satisfactory performance and budget availability. Recruiters will submit mileage logs, monthly reports, </w:t>
      </w:r>
      <w:r w:rsidR="00E57A6B">
        <w:t xml:space="preserve">and </w:t>
      </w:r>
      <w:r>
        <w:t xml:space="preserve">monthly incentive </w:t>
      </w:r>
      <w:proofErr w:type="gramStart"/>
      <w:r>
        <w:t>reports</w:t>
      </w:r>
      <w:r w:rsidR="00E57A6B">
        <w:t>(</w:t>
      </w:r>
      <w:proofErr w:type="gramEnd"/>
      <w:r w:rsidR="00E57A6B">
        <w:t>if applicable)</w:t>
      </w:r>
      <w:r>
        <w:t xml:space="preserve">, </w:t>
      </w:r>
      <w:r w:rsidR="00E376E6">
        <w:t xml:space="preserve">other requested reports </w:t>
      </w:r>
      <w:r>
        <w:t>and quarterly summaries for reimbursement and review.</w:t>
      </w:r>
      <w:r>
        <w:br/>
      </w:r>
      <w:r>
        <w:br/>
      </w:r>
    </w:p>
    <w:p w14:paraId="53AA7AF9" w14:textId="77777777" w:rsidR="00581851" w:rsidRPr="009508FC" w:rsidRDefault="00A42E8C">
      <w:pPr>
        <w:rPr>
          <w:b/>
        </w:rPr>
      </w:pPr>
      <w:r>
        <w:rPr>
          <w:b/>
        </w:rPr>
        <w:tab/>
        <w:t xml:space="preserve">Business Recruiters Must Have </w:t>
      </w:r>
      <w:r w:rsidR="009776BC">
        <w:rPr>
          <w:b/>
        </w:rPr>
        <w:t xml:space="preserve">Their Own </w:t>
      </w:r>
      <w:r w:rsidR="009509D0">
        <w:rPr>
          <w:b/>
        </w:rPr>
        <w:t xml:space="preserve">Reliable </w:t>
      </w:r>
      <w:r>
        <w:rPr>
          <w:b/>
        </w:rPr>
        <w:t>Transportation.</w:t>
      </w:r>
      <w:r w:rsidR="00CD6291" w:rsidRPr="009508FC">
        <w:rPr>
          <w:b/>
        </w:rPr>
        <w:br/>
      </w:r>
    </w:p>
    <w:sectPr w:rsidR="00581851" w:rsidRPr="009508F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5C0229D"/>
    <w:multiLevelType w:val="hybridMultilevel"/>
    <w:tmpl w:val="710EAF1E"/>
    <w:lvl w:ilvl="0" w:tplc="985ED734">
      <w:start w:val="2"/>
      <w:numFmt w:val="lowerLetter"/>
      <w:lvlText w:val="(%1)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 w15:restartNumberingAfterBreak="0">
    <w:nsid w:val="3F9734C9"/>
    <w:multiLevelType w:val="hybridMultilevel"/>
    <w:tmpl w:val="EB5A6152"/>
    <w:lvl w:ilvl="0" w:tplc="CB30AD6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311CA3"/>
    <w:multiLevelType w:val="hybridMultilevel"/>
    <w:tmpl w:val="2DEAD7C6"/>
    <w:lvl w:ilvl="0" w:tplc="DB668524">
      <w:start w:val="4"/>
      <w:numFmt w:val="lowerLetter"/>
      <w:lvlText w:val="(%1)"/>
      <w:lvlJc w:val="left"/>
      <w:pPr>
        <w:ind w:left="78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2" w15:restartNumberingAfterBreak="0">
    <w:nsid w:val="6F973BD9"/>
    <w:multiLevelType w:val="hybridMultilevel"/>
    <w:tmpl w:val="EB5A6152"/>
    <w:lvl w:ilvl="0" w:tplc="CB30AD6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12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189A"/>
    <w:rsid w:val="000274E1"/>
    <w:rsid w:val="00034616"/>
    <w:rsid w:val="0006063C"/>
    <w:rsid w:val="000876C2"/>
    <w:rsid w:val="000B3320"/>
    <w:rsid w:val="000C3F64"/>
    <w:rsid w:val="001364A0"/>
    <w:rsid w:val="0015074B"/>
    <w:rsid w:val="00171E6E"/>
    <w:rsid w:val="00183464"/>
    <w:rsid w:val="0029639D"/>
    <w:rsid w:val="002B3C3C"/>
    <w:rsid w:val="00326F90"/>
    <w:rsid w:val="00347C8B"/>
    <w:rsid w:val="003A0386"/>
    <w:rsid w:val="003C2F01"/>
    <w:rsid w:val="003F3AF5"/>
    <w:rsid w:val="00455A22"/>
    <w:rsid w:val="004A0311"/>
    <w:rsid w:val="004A477B"/>
    <w:rsid w:val="004C1F8E"/>
    <w:rsid w:val="00520763"/>
    <w:rsid w:val="00530905"/>
    <w:rsid w:val="00581851"/>
    <w:rsid w:val="006320DD"/>
    <w:rsid w:val="00644B39"/>
    <w:rsid w:val="00654BFD"/>
    <w:rsid w:val="00760E4D"/>
    <w:rsid w:val="007666DC"/>
    <w:rsid w:val="007903E6"/>
    <w:rsid w:val="00837197"/>
    <w:rsid w:val="008F2E2F"/>
    <w:rsid w:val="008F481F"/>
    <w:rsid w:val="0090069E"/>
    <w:rsid w:val="0094584B"/>
    <w:rsid w:val="009508FC"/>
    <w:rsid w:val="009509D0"/>
    <w:rsid w:val="00965366"/>
    <w:rsid w:val="009776BC"/>
    <w:rsid w:val="00A05CD6"/>
    <w:rsid w:val="00A42E8C"/>
    <w:rsid w:val="00AA1D8D"/>
    <w:rsid w:val="00B41DCA"/>
    <w:rsid w:val="00B47730"/>
    <w:rsid w:val="00B47947"/>
    <w:rsid w:val="00C23BB2"/>
    <w:rsid w:val="00CA5859"/>
    <w:rsid w:val="00CB0664"/>
    <w:rsid w:val="00CD6291"/>
    <w:rsid w:val="00D042E2"/>
    <w:rsid w:val="00D8735C"/>
    <w:rsid w:val="00D95540"/>
    <w:rsid w:val="00DC453E"/>
    <w:rsid w:val="00E376E6"/>
    <w:rsid w:val="00E57A6B"/>
    <w:rsid w:val="00EF29D2"/>
    <w:rsid w:val="00F04F60"/>
    <w:rsid w:val="00F83B3E"/>
    <w:rsid w:val="00FC693F"/>
    <w:rsid w:val="00FF7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74B9D9D"/>
  <w14:defaultImageDpi w14:val="300"/>
  <w15:docId w15:val="{0FFFCCC0-4BA3-459D-84CC-31FDA55D6D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85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96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42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52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506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804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3294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138016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8492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8153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56482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4316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069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80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931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62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7912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913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406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35206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14831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913314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4133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573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619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30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CBE08A4E64174D9DD529F1FFE7C823" ma:contentTypeVersion="18" ma:contentTypeDescription="Create a new document." ma:contentTypeScope="" ma:versionID="06755be5e966a82e2c5edff13a67799f">
  <xsd:schema xmlns:xsd="http://www.w3.org/2001/XMLSchema" xmlns:xs="http://www.w3.org/2001/XMLSchema" xmlns:p="http://schemas.microsoft.com/office/2006/metadata/properties" xmlns:ns3="3aab98a8-12f2-4990-b5c1-8e623a8d252a" xmlns:ns4="b8d0ebda-8d69-4338-a906-58857368868e" targetNamespace="http://schemas.microsoft.com/office/2006/metadata/properties" ma:root="true" ma:fieldsID="0e7729f9254e613706815a8896fb1e97" ns3:_="" ns4:_="">
    <xsd:import namespace="3aab98a8-12f2-4990-b5c1-8e623a8d252a"/>
    <xsd:import namespace="b8d0ebda-8d69-4338-a906-5885736886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ab98a8-12f2-4990-b5c1-8e623a8d25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d0ebda-8d69-4338-a906-58857368868e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aab98a8-12f2-4990-b5c1-8e623a8d252a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63193E5-F8C8-4F9E-899F-ACFAF6EE89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ab98a8-12f2-4990-b5c1-8e623a8d252a"/>
    <ds:schemaRef ds:uri="b8d0ebda-8d69-4338-a906-5885736886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05628ED-9A0D-44F8-88AC-EB3AD0234C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5DD09F-123E-4EE8-9387-05BD56AE3895}">
  <ds:schemaRefs>
    <ds:schemaRef ds:uri="http://schemas.microsoft.com/office/2006/documentManagement/types"/>
    <ds:schemaRef ds:uri="http://www.w3.org/XML/1998/namespace"/>
    <ds:schemaRef ds:uri="3aab98a8-12f2-4990-b5c1-8e623a8d252a"/>
    <ds:schemaRef ds:uri="http://purl.org/dc/elements/1.1/"/>
    <ds:schemaRef ds:uri="http://schemas.openxmlformats.org/package/2006/metadata/core-properties"/>
    <ds:schemaRef ds:uri="http://schemas.microsoft.com/office/2006/metadata/properties"/>
    <ds:schemaRef ds:uri="b8d0ebda-8d69-4338-a906-58857368868e"/>
    <ds:schemaRef ds:uri="http://schemas.microsoft.com/office/infopath/2007/PartnerControls"/>
    <ds:schemaRef ds:uri="http://purl.org/dc/dcmitype/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F2D6F6C5-BB52-41EC-93AA-01914E1478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964</Words>
  <Characters>5498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Leslie Cartlidge</cp:lastModifiedBy>
  <cp:revision>2</cp:revision>
  <cp:lastPrinted>2025-11-21T01:18:00Z</cp:lastPrinted>
  <dcterms:created xsi:type="dcterms:W3CDTF">2025-11-24T19:14:00Z</dcterms:created>
  <dcterms:modified xsi:type="dcterms:W3CDTF">2025-11-24T19:14:00Z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0x0101000CCBE08A4E64174D9DD529F1FFE7C823</vt:lpwstr>
  </property>
</Properties>
</file>